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F794C" w14:textId="59B712B9" w:rsidR="006F720A" w:rsidRPr="00373ABD" w:rsidRDefault="00B72D57">
      <w:pPr>
        <w:jc w:val="center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b/>
          <w:sz w:val="40"/>
          <w:lang w:eastAsia="zh-TW"/>
        </w:rPr>
        <w:t>「前瞻金融研究競賽」</w:t>
      </w:r>
      <w:r w:rsidRPr="00373ABD">
        <w:rPr>
          <w:rFonts w:ascii="標楷體" w:eastAsia="標楷體" w:hAnsi="標楷體"/>
          <w:b/>
          <w:sz w:val="40"/>
          <w:lang w:eastAsia="zh-TW"/>
        </w:rPr>
        <w:br/>
        <w:t>參賽作品</w:t>
      </w:r>
      <w:r w:rsidR="00373ABD">
        <w:rPr>
          <w:rFonts w:ascii="標楷體" w:eastAsia="標楷體" w:hAnsi="標楷體" w:hint="eastAsia"/>
          <w:b/>
          <w:sz w:val="40"/>
          <w:lang w:eastAsia="zh-TW"/>
        </w:rPr>
        <w:t>封面</w:t>
      </w:r>
    </w:p>
    <w:p w14:paraId="4F2D31D9" w14:textId="77777777" w:rsidR="006F720A" w:rsidRPr="00373ABD" w:rsidRDefault="00B72D57">
      <w:pPr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lang w:eastAsia="zh-TW"/>
        </w:rPr>
        <w:br/>
      </w:r>
      <w:r w:rsidRPr="00373ABD">
        <w:rPr>
          <w:rFonts w:ascii="標楷體" w:eastAsia="標楷體" w:hAnsi="標楷體"/>
          <w:lang w:eastAsia="zh-TW"/>
        </w:rPr>
        <w:br/>
      </w:r>
    </w:p>
    <w:p w14:paraId="13DE387D" w14:textId="2EDB7BAB" w:rsidR="006F720A" w:rsidRPr="00373ABD" w:rsidRDefault="00DB04F5">
      <w:pPr>
        <w:spacing w:after="60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sz w:val="28"/>
          <w:lang w:eastAsia="zh-TW"/>
        </w:rPr>
        <w:t>研究主題</w:t>
      </w:r>
      <w:r w:rsidR="00B72D57" w:rsidRPr="00373ABD">
        <w:rPr>
          <w:rFonts w:ascii="標楷體" w:eastAsia="標楷體" w:hAnsi="標楷體"/>
          <w:sz w:val="28"/>
          <w:lang w:eastAsia="zh-TW"/>
        </w:rPr>
        <w:t>：___</w:t>
      </w:r>
      <w:r>
        <w:rPr>
          <w:rFonts w:ascii="標楷體" w:eastAsia="標楷體" w:hAnsi="標楷體" w:hint="eastAsia"/>
          <w:sz w:val="28"/>
          <w:lang w:eastAsia="zh-TW"/>
        </w:rPr>
        <w:t>（請填寫報名時選擇之研究主題）</w:t>
      </w:r>
      <w:r w:rsidR="00B72D57" w:rsidRPr="00373ABD">
        <w:rPr>
          <w:rFonts w:ascii="標楷體" w:eastAsia="標楷體" w:hAnsi="標楷體"/>
          <w:sz w:val="28"/>
          <w:lang w:eastAsia="zh-TW"/>
        </w:rPr>
        <w:t>___________</w:t>
      </w:r>
    </w:p>
    <w:p w14:paraId="4F29C10A" w14:textId="1B074EB8" w:rsidR="006F720A" w:rsidRPr="00373ABD" w:rsidRDefault="00DB04F5">
      <w:pPr>
        <w:spacing w:after="600"/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sz w:val="28"/>
          <w:lang w:eastAsia="zh-TW"/>
        </w:rPr>
        <w:t>研究題目</w:t>
      </w:r>
      <w:r w:rsidR="00B72D57" w:rsidRPr="00373ABD">
        <w:rPr>
          <w:rFonts w:ascii="標楷體" w:eastAsia="標楷體" w:hAnsi="標楷體"/>
          <w:sz w:val="28"/>
          <w:lang w:eastAsia="zh-TW"/>
        </w:rPr>
        <w:t>：____________________________________________</w:t>
      </w:r>
    </w:p>
    <w:p w14:paraId="0FDF8E3A" w14:textId="77777777" w:rsidR="006F720A" w:rsidRPr="00373ABD" w:rsidRDefault="00B72D57">
      <w:pPr>
        <w:spacing w:after="600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sz w:val="28"/>
          <w:lang w:eastAsia="zh-TW"/>
        </w:rPr>
        <w:t>團隊名稱：____________________________________________</w:t>
      </w:r>
    </w:p>
    <w:p w14:paraId="0E6008A3" w14:textId="502BE32B" w:rsidR="006F720A" w:rsidRDefault="00B72D57">
      <w:pPr>
        <w:spacing w:after="240"/>
        <w:rPr>
          <w:rFonts w:ascii="標楷體" w:eastAsia="標楷體" w:hAnsi="標楷體"/>
          <w:b/>
          <w:sz w:val="28"/>
          <w:lang w:eastAsia="zh-TW"/>
        </w:rPr>
      </w:pPr>
      <w:r w:rsidRPr="00373ABD">
        <w:rPr>
          <w:rFonts w:ascii="標楷體" w:eastAsia="標楷體" w:hAnsi="標楷體"/>
          <w:b/>
          <w:sz w:val="28"/>
          <w:lang w:eastAsia="zh-TW"/>
        </w:rPr>
        <w:t>團隊成員：</w:t>
      </w:r>
    </w:p>
    <w:p w14:paraId="6D256F4E" w14:textId="0A459B72" w:rsidR="00373ABD" w:rsidRPr="00373ABD" w:rsidRDefault="00373ABD">
      <w:pPr>
        <w:spacing w:after="240"/>
        <w:rPr>
          <w:rFonts w:ascii="標楷體" w:eastAsia="標楷體" w:hAnsi="標楷體"/>
          <w:sz w:val="24"/>
          <w:szCs w:val="24"/>
          <w:lang w:eastAsia="zh-TW"/>
        </w:rPr>
      </w:pPr>
      <w:r w:rsidRPr="00373ABD">
        <w:rPr>
          <w:rFonts w:ascii="標楷體" w:eastAsia="標楷體" w:hAnsi="標楷體" w:hint="eastAsia"/>
          <w:sz w:val="24"/>
          <w:szCs w:val="24"/>
          <w:lang w:eastAsia="zh-TW"/>
        </w:rPr>
        <w:t>學校：</w:t>
      </w:r>
    </w:p>
    <w:p w14:paraId="15380639" w14:textId="7FA7FE4C" w:rsidR="006F720A" w:rsidRPr="00373ABD" w:rsidRDefault="00B72D57" w:rsidP="00373ABD">
      <w:pPr>
        <w:spacing w:after="360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sz w:val="24"/>
          <w:lang w:eastAsia="zh-TW"/>
        </w:rPr>
        <w:t xml:space="preserve">姓名：________________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科系</w:t>
      </w:r>
      <w:r w:rsidRPr="00373ABD">
        <w:rPr>
          <w:rFonts w:ascii="標楷體" w:eastAsia="標楷體" w:hAnsi="標楷體"/>
          <w:sz w:val="24"/>
          <w:lang w:eastAsia="zh-TW"/>
        </w:rPr>
        <w:t xml:space="preserve">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年</w:t>
      </w:r>
      <w:r w:rsidRPr="00373ABD">
        <w:rPr>
          <w:rFonts w:ascii="標楷體" w:eastAsia="標楷體" w:hAnsi="標楷體"/>
          <w:sz w:val="24"/>
          <w:lang w:eastAsia="zh-TW"/>
        </w:rPr>
        <w:t>級：________________</w:t>
      </w:r>
    </w:p>
    <w:p w14:paraId="2153643E" w14:textId="346CF13B" w:rsidR="006F720A" w:rsidRPr="00373ABD" w:rsidRDefault="00B72D57" w:rsidP="00373ABD">
      <w:pPr>
        <w:spacing w:after="360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sz w:val="24"/>
          <w:lang w:eastAsia="zh-TW"/>
        </w:rPr>
        <w:t xml:space="preserve">姓名：________________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科系</w:t>
      </w:r>
      <w:r w:rsidRPr="00373ABD">
        <w:rPr>
          <w:rFonts w:ascii="標楷體" w:eastAsia="標楷體" w:hAnsi="標楷體"/>
          <w:sz w:val="24"/>
          <w:lang w:eastAsia="zh-TW"/>
        </w:rPr>
        <w:t xml:space="preserve">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年</w:t>
      </w:r>
      <w:r w:rsidR="00373ABD" w:rsidRPr="00373ABD">
        <w:rPr>
          <w:rFonts w:ascii="標楷體" w:eastAsia="標楷體" w:hAnsi="標楷體"/>
          <w:sz w:val="24"/>
          <w:lang w:eastAsia="zh-TW"/>
        </w:rPr>
        <w:t>級</w:t>
      </w:r>
      <w:r w:rsidRPr="00373ABD">
        <w:rPr>
          <w:rFonts w:ascii="標楷體" w:eastAsia="標楷體" w:hAnsi="標楷體"/>
          <w:sz w:val="24"/>
          <w:lang w:eastAsia="zh-TW"/>
        </w:rPr>
        <w:t>：________________</w:t>
      </w:r>
    </w:p>
    <w:p w14:paraId="17396675" w14:textId="10B1F53C" w:rsidR="006F720A" w:rsidRPr="00373ABD" w:rsidRDefault="00B72D57" w:rsidP="00373ABD">
      <w:pPr>
        <w:spacing w:after="360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sz w:val="24"/>
          <w:lang w:eastAsia="zh-TW"/>
        </w:rPr>
        <w:t xml:space="preserve">姓名：________________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科系</w:t>
      </w:r>
      <w:r w:rsidRPr="00373ABD">
        <w:rPr>
          <w:rFonts w:ascii="標楷體" w:eastAsia="標楷體" w:hAnsi="標楷體"/>
          <w:sz w:val="24"/>
          <w:lang w:eastAsia="zh-TW"/>
        </w:rPr>
        <w:t xml:space="preserve">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年</w:t>
      </w:r>
      <w:r w:rsidR="00373ABD" w:rsidRPr="00373ABD">
        <w:rPr>
          <w:rFonts w:ascii="標楷體" w:eastAsia="標楷體" w:hAnsi="標楷體"/>
          <w:sz w:val="24"/>
          <w:lang w:eastAsia="zh-TW"/>
        </w:rPr>
        <w:t>級</w:t>
      </w:r>
      <w:r w:rsidRPr="00373ABD">
        <w:rPr>
          <w:rFonts w:ascii="標楷體" w:eastAsia="標楷體" w:hAnsi="標楷體"/>
          <w:sz w:val="24"/>
          <w:lang w:eastAsia="zh-TW"/>
        </w:rPr>
        <w:t>：________________</w:t>
      </w:r>
    </w:p>
    <w:p w14:paraId="101C585E" w14:textId="7365D2C3" w:rsidR="006F720A" w:rsidRPr="00373ABD" w:rsidRDefault="00B72D57" w:rsidP="00373ABD">
      <w:pPr>
        <w:spacing w:after="360"/>
        <w:rPr>
          <w:rFonts w:ascii="標楷體" w:eastAsia="標楷體" w:hAnsi="標楷體"/>
          <w:lang w:eastAsia="zh-TW"/>
        </w:rPr>
      </w:pPr>
      <w:r w:rsidRPr="00373ABD">
        <w:rPr>
          <w:rFonts w:ascii="標楷體" w:eastAsia="標楷體" w:hAnsi="標楷體"/>
          <w:sz w:val="24"/>
          <w:lang w:eastAsia="zh-TW"/>
        </w:rPr>
        <w:t xml:space="preserve">姓名：________________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科系</w:t>
      </w:r>
      <w:r w:rsidRPr="00373ABD">
        <w:rPr>
          <w:rFonts w:ascii="標楷體" w:eastAsia="標楷體" w:hAnsi="標楷體"/>
          <w:sz w:val="24"/>
          <w:lang w:eastAsia="zh-TW"/>
        </w:rPr>
        <w:t xml:space="preserve">：________________ </w:t>
      </w:r>
      <w:r w:rsidR="00373ABD">
        <w:rPr>
          <w:rFonts w:ascii="標楷體" w:eastAsia="標楷體" w:hAnsi="標楷體" w:hint="eastAsia"/>
          <w:sz w:val="24"/>
          <w:lang w:eastAsia="zh-TW"/>
        </w:rPr>
        <w:t>年</w:t>
      </w:r>
      <w:r w:rsidR="00373ABD" w:rsidRPr="00373ABD">
        <w:rPr>
          <w:rFonts w:ascii="標楷體" w:eastAsia="標楷體" w:hAnsi="標楷體"/>
          <w:sz w:val="24"/>
          <w:lang w:eastAsia="zh-TW"/>
        </w:rPr>
        <w:t>級</w:t>
      </w:r>
      <w:r w:rsidRPr="00373ABD">
        <w:rPr>
          <w:rFonts w:ascii="標楷體" w:eastAsia="標楷體" w:hAnsi="標楷體"/>
          <w:sz w:val="24"/>
          <w:lang w:eastAsia="zh-TW"/>
        </w:rPr>
        <w:t>：________________</w:t>
      </w:r>
    </w:p>
    <w:p w14:paraId="474C2087" w14:textId="77777777" w:rsidR="00DB04F5" w:rsidRDefault="00DB04F5" w:rsidP="00DB04F5">
      <w:pPr>
        <w:spacing w:after="240"/>
        <w:rPr>
          <w:rFonts w:ascii="標楷體" w:eastAsia="標楷體" w:hAnsi="標楷體"/>
          <w:b/>
          <w:sz w:val="28"/>
          <w:lang w:eastAsia="zh-TW"/>
        </w:rPr>
      </w:pPr>
    </w:p>
    <w:p w14:paraId="37CEDC42" w14:textId="4EDE7570" w:rsidR="00DB04F5" w:rsidRDefault="00DB04F5" w:rsidP="00DB04F5">
      <w:pPr>
        <w:spacing w:after="240"/>
        <w:rPr>
          <w:rFonts w:ascii="標楷體" w:eastAsia="標楷體" w:hAnsi="標楷體"/>
          <w:b/>
          <w:sz w:val="28"/>
          <w:lang w:eastAsia="zh-TW"/>
        </w:rPr>
      </w:pPr>
      <w:r>
        <w:rPr>
          <w:rFonts w:ascii="標楷體" w:eastAsia="標楷體" w:hAnsi="標楷體" w:hint="eastAsia"/>
          <w:b/>
          <w:sz w:val="28"/>
          <w:lang w:eastAsia="zh-TW"/>
        </w:rPr>
        <w:t>指導教授</w:t>
      </w:r>
      <w:r w:rsidRPr="00373ABD">
        <w:rPr>
          <w:rFonts w:ascii="標楷體" w:eastAsia="標楷體" w:hAnsi="標楷體"/>
          <w:b/>
          <w:sz w:val="28"/>
          <w:lang w:eastAsia="zh-TW"/>
        </w:rPr>
        <w:t>：</w:t>
      </w:r>
    </w:p>
    <w:p w14:paraId="2A76DB07" w14:textId="2582F416" w:rsidR="006F720A" w:rsidRPr="00DB04F5" w:rsidRDefault="00DB04F5" w:rsidP="00DB04F5">
      <w:pPr>
        <w:rPr>
          <w:rFonts w:ascii="標楷體" w:eastAsia="標楷體" w:hAnsi="標楷體"/>
          <w:lang w:eastAsia="zh-TW"/>
        </w:rPr>
      </w:pPr>
      <w:r>
        <w:rPr>
          <w:rFonts w:ascii="標楷體" w:eastAsia="標楷體" w:hAnsi="標楷體" w:hint="eastAsia"/>
          <w:sz w:val="24"/>
          <w:lang w:eastAsia="zh-TW"/>
        </w:rPr>
        <w:t xml:space="preserve">          </w:t>
      </w:r>
    </w:p>
    <w:sectPr w:rsidR="006F720A" w:rsidRPr="00DB04F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013F0" w14:textId="77777777" w:rsidR="00B60868" w:rsidRDefault="00B60868" w:rsidP="00373ABD">
      <w:pPr>
        <w:spacing w:after="0" w:line="240" w:lineRule="auto"/>
      </w:pPr>
      <w:r>
        <w:separator/>
      </w:r>
    </w:p>
  </w:endnote>
  <w:endnote w:type="continuationSeparator" w:id="0">
    <w:p w14:paraId="125B9711" w14:textId="77777777" w:rsidR="00B60868" w:rsidRDefault="00B60868" w:rsidP="00373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D1B3C" w14:textId="77777777" w:rsidR="00B60868" w:rsidRDefault="00B60868" w:rsidP="00373ABD">
      <w:pPr>
        <w:spacing w:after="0" w:line="240" w:lineRule="auto"/>
      </w:pPr>
      <w:r>
        <w:separator/>
      </w:r>
    </w:p>
  </w:footnote>
  <w:footnote w:type="continuationSeparator" w:id="0">
    <w:p w14:paraId="1685E1D7" w14:textId="77777777" w:rsidR="00B60868" w:rsidRDefault="00B60868" w:rsidP="00373A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1695677">
    <w:abstractNumId w:val="8"/>
  </w:num>
  <w:num w:numId="2" w16cid:durableId="1383678043">
    <w:abstractNumId w:val="6"/>
  </w:num>
  <w:num w:numId="3" w16cid:durableId="375668370">
    <w:abstractNumId w:val="5"/>
  </w:num>
  <w:num w:numId="4" w16cid:durableId="328093930">
    <w:abstractNumId w:val="4"/>
  </w:num>
  <w:num w:numId="5" w16cid:durableId="918294668">
    <w:abstractNumId w:val="7"/>
  </w:num>
  <w:num w:numId="6" w16cid:durableId="2114934162">
    <w:abstractNumId w:val="3"/>
  </w:num>
  <w:num w:numId="7" w16cid:durableId="1501627577">
    <w:abstractNumId w:val="2"/>
  </w:num>
  <w:num w:numId="8" w16cid:durableId="812793115">
    <w:abstractNumId w:val="1"/>
  </w:num>
  <w:num w:numId="9" w16cid:durableId="1454904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B24"/>
    <w:rsid w:val="0015074B"/>
    <w:rsid w:val="001B6163"/>
    <w:rsid w:val="0021174D"/>
    <w:rsid w:val="0029639D"/>
    <w:rsid w:val="00326F90"/>
    <w:rsid w:val="00373ABD"/>
    <w:rsid w:val="00462BF5"/>
    <w:rsid w:val="006F720A"/>
    <w:rsid w:val="008928D3"/>
    <w:rsid w:val="00AA1D8D"/>
    <w:rsid w:val="00B15E2C"/>
    <w:rsid w:val="00B47730"/>
    <w:rsid w:val="00B60868"/>
    <w:rsid w:val="00B72D57"/>
    <w:rsid w:val="00CB0664"/>
    <w:rsid w:val="00DB04F5"/>
    <w:rsid w:val="00F72F3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C3644C41-DBB9-4EEA-A779-95486DEF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207</Words>
  <Characters>217</Characters>
  <Application>Microsoft Office Word</Application>
  <DocSecurity>0</DocSecurity>
  <Lines>16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朱敏利</cp:lastModifiedBy>
  <cp:revision>5</cp:revision>
  <dcterms:created xsi:type="dcterms:W3CDTF">2013-12-23T23:15:00Z</dcterms:created>
  <dcterms:modified xsi:type="dcterms:W3CDTF">2026-10-10T05:29:00Z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8370ff20-a4c6-4e34-8278-15793f8685eb</vt:lpwstr>
  </property>
</Properties>
</file>