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0FC1C" w14:textId="4B91ABF4" w:rsidR="00943780" w:rsidRPr="00A86F99" w:rsidRDefault="00F07E34">
      <w:pPr>
        <w:jc w:val="center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32"/>
          <w:lang w:eastAsia="zh-TW"/>
        </w:rPr>
        <w:t>[</w:t>
      </w:r>
      <w:r w:rsidR="00812909" w:rsidRPr="00A86F99">
        <w:rPr>
          <w:rFonts w:ascii="標楷體" w:eastAsia="標楷體" w:hAnsi="標楷體"/>
          <w:b/>
          <w:sz w:val="32"/>
          <w:lang w:eastAsia="zh-TW"/>
        </w:rPr>
        <w:t>請在此輸入</w:t>
      </w:r>
      <w:r w:rsidR="001026D6">
        <w:rPr>
          <w:rFonts w:ascii="標楷體" w:eastAsia="標楷體" w:hAnsi="標楷體" w:hint="eastAsia"/>
          <w:b/>
          <w:sz w:val="32"/>
          <w:lang w:eastAsia="zh-TW"/>
        </w:rPr>
        <w:t>研究</w:t>
      </w:r>
      <w:r w:rsidR="00812909" w:rsidRPr="00A86F99">
        <w:rPr>
          <w:rFonts w:ascii="標楷體" w:eastAsia="標楷體" w:hAnsi="標楷體"/>
          <w:b/>
          <w:sz w:val="32"/>
          <w:lang w:eastAsia="zh-TW"/>
        </w:rPr>
        <w:t>題</w:t>
      </w:r>
      <w:r w:rsidR="001026D6">
        <w:rPr>
          <w:rFonts w:ascii="標楷體" w:eastAsia="標楷體" w:hAnsi="標楷體" w:hint="eastAsia"/>
          <w:b/>
          <w:sz w:val="32"/>
          <w:lang w:eastAsia="zh-TW"/>
        </w:rPr>
        <w:t>目</w:t>
      </w:r>
      <w:r w:rsidR="00812909" w:rsidRPr="00A86F99">
        <w:rPr>
          <w:rFonts w:ascii="標楷體" w:eastAsia="標楷體" w:hAnsi="標楷體"/>
          <w:b/>
          <w:sz w:val="32"/>
          <w:lang w:eastAsia="zh-TW"/>
        </w:rPr>
        <w:t>]</w:t>
      </w:r>
    </w:p>
    <w:p w14:paraId="56448953" w14:textId="5FBE7D88" w:rsidR="00943780" w:rsidRPr="00A86F99" w:rsidRDefault="00812909">
      <w:pPr>
        <w:jc w:val="center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摘要</w:t>
      </w:r>
      <w:r w:rsidR="00A86F99">
        <w:rPr>
          <w:rFonts w:ascii="標楷體" w:eastAsia="標楷體" w:hAnsi="標楷體" w:hint="eastAsia"/>
          <w:b/>
          <w:sz w:val="28"/>
          <w:lang w:eastAsia="zh-TW"/>
        </w:rPr>
        <w:t>(範例)</w:t>
      </w:r>
    </w:p>
    <w:p w14:paraId="6CC2A661" w14:textId="0275C10B" w:rsidR="006F3E46" w:rsidRDefault="00812909">
      <w:pPr>
        <w:spacing w:after="48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lang w:eastAsia="zh-TW"/>
        </w:rPr>
        <w:t>（請在此填寫 300 字</w:t>
      </w:r>
      <w:r w:rsidR="00EB1DC3" w:rsidRPr="00A86F99">
        <w:rPr>
          <w:rFonts w:ascii="標楷體" w:eastAsia="標楷體" w:hAnsi="標楷體" w:hint="eastAsia"/>
          <w:lang w:eastAsia="zh-TW"/>
        </w:rPr>
        <w:t>以內</w:t>
      </w:r>
      <w:r w:rsidRPr="00A86F99">
        <w:rPr>
          <w:rFonts w:ascii="標楷體" w:eastAsia="標楷體" w:hAnsi="標楷體"/>
          <w:lang w:eastAsia="zh-TW"/>
        </w:rPr>
        <w:t>之摘要，簡述研究動機、方法與主要發現）</w:t>
      </w:r>
      <w:r w:rsidRPr="00A86F99">
        <w:rPr>
          <w:rFonts w:ascii="標楷體" w:eastAsia="標楷體" w:hAnsi="標楷體"/>
          <w:lang w:eastAsia="zh-TW"/>
        </w:rPr>
        <w:br/>
      </w:r>
    </w:p>
    <w:p w14:paraId="413E0BA9" w14:textId="77777777" w:rsidR="00943780" w:rsidRPr="00A86F99" w:rsidRDefault="00812909">
      <w:pPr>
        <w:spacing w:before="240" w:after="12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1. 緒論</w:t>
      </w:r>
    </w:p>
    <w:p w14:paraId="045223EC" w14:textId="77777777" w:rsidR="00943780" w:rsidRPr="00A86F99" w:rsidRDefault="00812909">
      <w:pPr>
        <w:spacing w:after="360"/>
        <w:ind w:left="288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sz w:val="24"/>
          <w:lang w:eastAsia="zh-TW"/>
        </w:rPr>
        <w:t>（包含研究動機、問題意識與研究貢獻）</w:t>
      </w:r>
    </w:p>
    <w:p w14:paraId="5E38B9D3" w14:textId="77777777" w:rsidR="00943780" w:rsidRPr="00A86F99" w:rsidRDefault="00812909">
      <w:pPr>
        <w:spacing w:before="240" w:after="12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2. 文獻回顧</w:t>
      </w:r>
    </w:p>
    <w:p w14:paraId="413DAA1F" w14:textId="77777777" w:rsidR="00943780" w:rsidRPr="00A86F99" w:rsidRDefault="00812909">
      <w:pPr>
        <w:spacing w:after="360"/>
        <w:ind w:left="288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sz w:val="24"/>
          <w:lang w:eastAsia="zh-TW"/>
        </w:rPr>
        <w:t>（文獻探討或相關背景討論）</w:t>
      </w:r>
    </w:p>
    <w:p w14:paraId="75B43243" w14:textId="77777777" w:rsidR="00943780" w:rsidRPr="00A86F99" w:rsidRDefault="00812909">
      <w:pPr>
        <w:spacing w:before="240" w:after="12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3. 研究方法</w:t>
      </w:r>
    </w:p>
    <w:p w14:paraId="1CF92DBA" w14:textId="77777777" w:rsidR="00943780" w:rsidRPr="00A86F99" w:rsidRDefault="00812909">
      <w:pPr>
        <w:spacing w:after="360"/>
        <w:ind w:left="288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sz w:val="24"/>
          <w:lang w:eastAsia="zh-TW"/>
        </w:rPr>
        <w:t>（研究設計與理論模型、實證方法等）</w:t>
      </w:r>
    </w:p>
    <w:p w14:paraId="1E5BF5F0" w14:textId="77777777" w:rsidR="00943780" w:rsidRPr="00A86F99" w:rsidRDefault="00812909">
      <w:pPr>
        <w:spacing w:before="240" w:after="12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4. 資料說明</w:t>
      </w:r>
    </w:p>
    <w:p w14:paraId="48F6C8F6" w14:textId="77777777" w:rsidR="00943780" w:rsidRPr="00A86F99" w:rsidRDefault="00812909">
      <w:pPr>
        <w:spacing w:after="360"/>
        <w:ind w:left="288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sz w:val="24"/>
          <w:lang w:eastAsia="zh-TW"/>
        </w:rPr>
        <w:t>（資料來源、樣本期間、變數定義與敘述性統計說明）</w:t>
      </w:r>
    </w:p>
    <w:p w14:paraId="3E8857DD" w14:textId="77777777" w:rsidR="00943780" w:rsidRPr="00A86F99" w:rsidRDefault="00812909">
      <w:pPr>
        <w:spacing w:before="240" w:after="12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5. 實證結果</w:t>
      </w:r>
    </w:p>
    <w:p w14:paraId="0F9F929A" w14:textId="77777777" w:rsidR="00943780" w:rsidRPr="00A86F99" w:rsidRDefault="00812909">
      <w:pPr>
        <w:spacing w:after="360"/>
        <w:ind w:left="288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sz w:val="24"/>
          <w:lang w:eastAsia="zh-TW"/>
        </w:rPr>
        <w:t>（主要實證結果分析、穩健性檢查或延伸案例分析）</w:t>
      </w:r>
    </w:p>
    <w:p w14:paraId="77C7E533" w14:textId="77777777" w:rsidR="00943780" w:rsidRPr="00A86F99" w:rsidRDefault="00812909">
      <w:pPr>
        <w:spacing w:before="240" w:after="12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6. 結論</w:t>
      </w:r>
    </w:p>
    <w:p w14:paraId="4AB0CBC4" w14:textId="77777777" w:rsidR="00943780" w:rsidRPr="00A86F99" w:rsidRDefault="00812909">
      <w:pPr>
        <w:spacing w:after="360"/>
        <w:ind w:left="288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sz w:val="24"/>
          <w:lang w:eastAsia="zh-TW"/>
        </w:rPr>
        <w:t>（總結研究發現、政策意涵或管理意涵，以及研究限制與未來研究方向說明）</w:t>
      </w:r>
    </w:p>
    <w:p w14:paraId="7B85E9F4" w14:textId="77777777" w:rsidR="00943780" w:rsidRPr="00A86F99" w:rsidRDefault="00812909">
      <w:pPr>
        <w:spacing w:before="240" w:after="120"/>
        <w:rPr>
          <w:rFonts w:ascii="標楷體" w:eastAsia="標楷體" w:hAnsi="標楷體"/>
          <w:lang w:eastAsia="zh-TW"/>
        </w:rPr>
      </w:pPr>
      <w:r w:rsidRPr="00A86F99">
        <w:rPr>
          <w:rFonts w:ascii="標楷體" w:eastAsia="標楷體" w:hAnsi="標楷體"/>
          <w:b/>
          <w:sz w:val="28"/>
          <w:lang w:eastAsia="zh-TW"/>
        </w:rPr>
        <w:t>7. 參考文獻</w:t>
      </w:r>
    </w:p>
    <w:p w14:paraId="5B6D27FB" w14:textId="77777777" w:rsidR="00943780" w:rsidRDefault="00812909">
      <w:pPr>
        <w:spacing w:after="360"/>
        <w:ind w:left="288"/>
        <w:rPr>
          <w:rFonts w:ascii="標楷體" w:eastAsia="標楷體" w:hAnsi="標楷體"/>
          <w:sz w:val="24"/>
          <w:lang w:eastAsia="zh-TW"/>
        </w:rPr>
      </w:pPr>
      <w:r w:rsidRPr="00A86F99">
        <w:rPr>
          <w:rFonts w:ascii="標楷體" w:eastAsia="標楷體" w:hAnsi="標楷體"/>
          <w:sz w:val="24"/>
          <w:lang w:eastAsia="zh-TW"/>
        </w:rPr>
        <w:t>（請依學術規範，如 APA 或相關格式，列出本文參考之文獻）</w:t>
      </w:r>
    </w:p>
    <w:p w14:paraId="6F5302D3" w14:textId="7A7B6263" w:rsidR="00A86F99" w:rsidRPr="00A86F99" w:rsidRDefault="00A86F99" w:rsidP="006F3E46">
      <w:pPr>
        <w:spacing w:before="240" w:after="12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b/>
          <w:sz w:val="28"/>
          <w:lang w:eastAsia="zh-TW"/>
        </w:rPr>
        <w:t>8</w:t>
      </w:r>
      <w:r w:rsidRPr="00A86F99">
        <w:rPr>
          <w:rFonts w:ascii="標楷體" w:eastAsia="標楷體" w:hAnsi="標楷體"/>
          <w:b/>
          <w:sz w:val="28"/>
          <w:lang w:eastAsia="zh-TW"/>
        </w:rPr>
        <w:t xml:space="preserve">. </w:t>
      </w:r>
      <w:r>
        <w:rPr>
          <w:rFonts w:ascii="標楷體" w:eastAsia="標楷體" w:hAnsi="標楷體" w:hint="eastAsia"/>
          <w:b/>
          <w:sz w:val="28"/>
          <w:lang w:eastAsia="zh-TW"/>
        </w:rPr>
        <w:t>AI使用聲明書</w:t>
      </w:r>
    </w:p>
    <w:sectPr w:rsidR="00A86F99" w:rsidRPr="00A86F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97CE3" w14:textId="77777777" w:rsidR="00E43B4A" w:rsidRDefault="00E43B4A" w:rsidP="00A86F99">
      <w:pPr>
        <w:spacing w:after="0" w:line="240" w:lineRule="auto"/>
      </w:pPr>
      <w:r>
        <w:separator/>
      </w:r>
    </w:p>
  </w:endnote>
  <w:endnote w:type="continuationSeparator" w:id="0">
    <w:p w14:paraId="7909A73D" w14:textId="77777777" w:rsidR="00E43B4A" w:rsidRDefault="00E43B4A" w:rsidP="00A86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108F" w14:textId="77777777" w:rsidR="00E43B4A" w:rsidRDefault="00E43B4A" w:rsidP="00A86F99">
      <w:pPr>
        <w:spacing w:after="0" w:line="240" w:lineRule="auto"/>
      </w:pPr>
      <w:r>
        <w:separator/>
      </w:r>
    </w:p>
  </w:footnote>
  <w:footnote w:type="continuationSeparator" w:id="0">
    <w:p w14:paraId="11640B76" w14:textId="77777777" w:rsidR="00E43B4A" w:rsidRDefault="00E43B4A" w:rsidP="00A86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2999748">
    <w:abstractNumId w:val="8"/>
  </w:num>
  <w:num w:numId="2" w16cid:durableId="323242011">
    <w:abstractNumId w:val="6"/>
  </w:num>
  <w:num w:numId="3" w16cid:durableId="664435911">
    <w:abstractNumId w:val="5"/>
  </w:num>
  <w:num w:numId="4" w16cid:durableId="118841349">
    <w:abstractNumId w:val="4"/>
  </w:num>
  <w:num w:numId="5" w16cid:durableId="62875392">
    <w:abstractNumId w:val="7"/>
  </w:num>
  <w:num w:numId="6" w16cid:durableId="234508908">
    <w:abstractNumId w:val="3"/>
  </w:num>
  <w:num w:numId="7" w16cid:durableId="1557205136">
    <w:abstractNumId w:val="2"/>
  </w:num>
  <w:num w:numId="8" w16cid:durableId="939801545">
    <w:abstractNumId w:val="1"/>
  </w:num>
  <w:num w:numId="9" w16cid:durableId="1652294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6D6"/>
    <w:rsid w:val="0015074B"/>
    <w:rsid w:val="001A2662"/>
    <w:rsid w:val="0021174D"/>
    <w:rsid w:val="0029639D"/>
    <w:rsid w:val="00326F90"/>
    <w:rsid w:val="005650DB"/>
    <w:rsid w:val="006F3E46"/>
    <w:rsid w:val="007C074A"/>
    <w:rsid w:val="00812909"/>
    <w:rsid w:val="008845A5"/>
    <w:rsid w:val="008928D3"/>
    <w:rsid w:val="00943780"/>
    <w:rsid w:val="00A86F99"/>
    <w:rsid w:val="00AA1D8D"/>
    <w:rsid w:val="00B44CE5"/>
    <w:rsid w:val="00B47730"/>
    <w:rsid w:val="00CB0664"/>
    <w:rsid w:val="00D30D05"/>
    <w:rsid w:val="00D64B6D"/>
    <w:rsid w:val="00D92939"/>
    <w:rsid w:val="00E43B4A"/>
    <w:rsid w:val="00EB1DC3"/>
    <w:rsid w:val="00F07E34"/>
    <w:rsid w:val="00FC4A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8BBD56"/>
  <w14:defaultImageDpi w14:val="300"/>
  <w15:docId w15:val="{A65736C2-4A7B-41C4-848F-E6AC9629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145</Characters>
  <Application>Microsoft Office Word</Application>
  <DocSecurity>0</DocSecurity>
  <Lines>11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朱敏利</cp:lastModifiedBy>
  <cp:revision>8</cp:revision>
  <dcterms:created xsi:type="dcterms:W3CDTF">2013-12-23T23:15:00Z</dcterms:created>
  <dcterms:modified xsi:type="dcterms:W3CDTF">2026-10-10T05:30:00Z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078831fd-f968-42b2-bdb6-aebaaca9fcd3</vt:lpwstr>
  </property>
</Properties>
</file>